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2D7C0" w14:textId="19E62B2A" w:rsidR="005E4519" w:rsidRPr="007C4DC9" w:rsidRDefault="007C4DC9">
      <w:pPr>
        <w:spacing w:after="40"/>
        <w:jc w:val="center"/>
        <w:rPr>
          <w:lang w:val="es-V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E12A261" wp14:editId="06DCE40E">
            <wp:simplePos x="0" y="0"/>
            <wp:positionH relativeFrom="column">
              <wp:posOffset>-906780</wp:posOffset>
            </wp:positionH>
            <wp:positionV relativeFrom="paragraph">
              <wp:posOffset>-2286510</wp:posOffset>
            </wp:positionV>
            <wp:extent cx="7826400" cy="1926000"/>
            <wp:effectExtent l="0" t="0" r="0" b="444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26400" cy="192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2F7B" w:rsidRPr="007C4DC9">
        <w:rPr>
          <w:b/>
          <w:color w:val="006633"/>
          <w:sz w:val="28"/>
          <w:lang w:val="es-VE"/>
        </w:rPr>
        <w:t>CONCURSO GASTRONÓMICO "LA GIRALDA COCINA CON VENEZUELA"</w:t>
      </w:r>
    </w:p>
    <w:p w14:paraId="456BBCE9" w14:textId="77777777" w:rsidR="005E4519" w:rsidRDefault="00EF2F7B">
      <w:pPr>
        <w:spacing w:after="360"/>
        <w:jc w:val="center"/>
      </w:pPr>
      <w:proofErr w:type="spellStart"/>
      <w:r>
        <w:rPr>
          <w:b/>
          <w:color w:val="CC3333"/>
          <w:sz w:val="24"/>
        </w:rPr>
        <w:t>Edición</w:t>
      </w:r>
      <w:proofErr w:type="spellEnd"/>
      <w:r>
        <w:rPr>
          <w:b/>
          <w:color w:val="CC3333"/>
          <w:sz w:val="24"/>
        </w:rPr>
        <w:t xml:space="preserve">: </w:t>
      </w:r>
      <w:proofErr w:type="spellStart"/>
      <w:r>
        <w:rPr>
          <w:b/>
          <w:color w:val="CC3333"/>
          <w:sz w:val="24"/>
        </w:rPr>
        <w:t>Sabores</w:t>
      </w:r>
      <w:proofErr w:type="spellEnd"/>
      <w:r>
        <w:rPr>
          <w:b/>
          <w:color w:val="CC3333"/>
          <w:sz w:val="24"/>
        </w:rPr>
        <w:t xml:space="preserve"> de Navidad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E4519" w:rsidRPr="007C4DC9" w14:paraId="645B5B0B" w14:textId="77777777">
        <w:trPr>
          <w:jc w:val="center"/>
        </w:trPr>
        <w:tc>
          <w:tcPr>
            <w:tcW w:w="9360" w:type="dxa"/>
            <w:tcBorders>
              <w:left w:val="single" w:sz="24" w:space="0" w:color="006633"/>
            </w:tcBorders>
            <w:shd w:val="clear" w:color="auto" w:fill="F5F5F5"/>
          </w:tcPr>
          <w:p w14:paraId="513B2084" w14:textId="73219803" w:rsidR="005E4519" w:rsidRPr="007C4DC9" w:rsidRDefault="00EF2F7B">
            <w:pPr>
              <w:spacing w:before="160" w:after="160"/>
              <w:ind w:left="120" w:right="120"/>
              <w:rPr>
                <w:lang w:val="es-VE"/>
              </w:rPr>
            </w:pPr>
            <w:r w:rsidRPr="007C4DC9">
              <w:rPr>
                <w:b/>
                <w:color w:val="006633"/>
                <w:sz w:val="20"/>
                <w:lang w:val="es-VE"/>
              </w:rPr>
              <w:t xml:space="preserve">INSTRUCCIONES: </w:t>
            </w:r>
            <w:r w:rsidRPr="007C4DC9">
              <w:rPr>
                <w:sz w:val="20"/>
                <w:lang w:val="es-VE"/>
              </w:rPr>
              <w:t xml:space="preserve">Completa cada sección de este documento manteniendo </w:t>
            </w:r>
            <w:r w:rsidR="002164CA" w:rsidRPr="007C4DC9">
              <w:rPr>
                <w:sz w:val="20"/>
                <w:lang w:val="es-VE"/>
              </w:rPr>
              <w:t>el</w:t>
            </w:r>
            <w:r w:rsidRPr="007C4DC9">
              <w:rPr>
                <w:sz w:val="20"/>
                <w:lang w:val="es-VE"/>
              </w:rPr>
              <w:t xml:space="preserve"> formato y luego súbelo al formulario de Google provisto.</w:t>
            </w:r>
          </w:p>
        </w:tc>
      </w:tr>
    </w:tbl>
    <w:p w14:paraId="1FC08ED6" w14:textId="77777777" w:rsidR="005E4519" w:rsidRPr="007C4DC9" w:rsidRDefault="005E4519">
      <w:pPr>
        <w:spacing w:after="120"/>
        <w:rPr>
          <w:lang w:val="es-VE"/>
        </w:rPr>
      </w:pPr>
    </w:p>
    <w:p w14:paraId="3934796A" w14:textId="77777777" w:rsidR="005E4519" w:rsidRPr="007C4DC9" w:rsidRDefault="00EF2F7B">
      <w:pPr>
        <w:spacing w:after="120"/>
        <w:rPr>
          <w:lang w:val="es-VE"/>
        </w:rPr>
      </w:pPr>
      <w:r w:rsidRPr="007C4DC9">
        <w:rPr>
          <w:b/>
          <w:lang w:val="es-VE"/>
        </w:rPr>
        <w:t xml:space="preserve">• Nombre del Autor: </w:t>
      </w:r>
      <w:r w:rsidRPr="007C4DC9">
        <w:rPr>
          <w:color w:val="888888"/>
          <w:lang w:val="es-VE"/>
        </w:rPr>
        <w:t xml:space="preserve">[Escribe aquí tu </w:t>
      </w:r>
      <w:r w:rsidRPr="007C4DC9">
        <w:rPr>
          <w:color w:val="888888"/>
          <w:lang w:val="es-VE"/>
        </w:rPr>
        <w:t>nombre y apellido completo]</w:t>
      </w:r>
    </w:p>
    <w:p w14:paraId="2D22B0E6" w14:textId="77777777" w:rsidR="005E4519" w:rsidRPr="007C4DC9" w:rsidRDefault="00EF2F7B">
      <w:pPr>
        <w:spacing w:after="360"/>
        <w:rPr>
          <w:lang w:val="es-VE"/>
        </w:rPr>
      </w:pPr>
      <w:r w:rsidRPr="007C4DC9">
        <w:rPr>
          <w:b/>
          <w:lang w:val="es-VE"/>
        </w:rPr>
        <w:t xml:space="preserve">• Teléfono de Contacto: </w:t>
      </w:r>
      <w:r w:rsidRPr="007C4DC9">
        <w:rPr>
          <w:color w:val="888888"/>
          <w:lang w:val="es-VE"/>
        </w:rPr>
        <w:t>[Escribe aquí tu número telefónico móvil o residencial]</w:t>
      </w:r>
    </w:p>
    <w:p w14:paraId="26E935C8" w14:textId="77777777" w:rsidR="005E4519" w:rsidRPr="007C4DC9" w:rsidRDefault="00EF2F7B">
      <w:pPr>
        <w:spacing w:after="360"/>
        <w:jc w:val="center"/>
        <w:rPr>
          <w:lang w:val="es-VE"/>
        </w:rPr>
      </w:pPr>
      <w:r w:rsidRPr="007C4DC9">
        <w:rPr>
          <w:color w:val="DDDDDD"/>
          <w:lang w:val="es-VE"/>
        </w:rPr>
        <w:t>__________________________________________________________________</w:t>
      </w:r>
    </w:p>
    <w:p w14:paraId="5BC10568" w14:textId="77777777" w:rsidR="005E4519" w:rsidRPr="007C4DC9" w:rsidRDefault="00EF2F7B">
      <w:pPr>
        <w:keepNext/>
        <w:spacing w:before="240" w:after="80"/>
        <w:rPr>
          <w:lang w:val="es-VE"/>
        </w:rPr>
      </w:pPr>
      <w:r w:rsidRPr="007C4DC9">
        <w:rPr>
          <w:b/>
          <w:color w:val="006633"/>
          <w:sz w:val="24"/>
          <w:lang w:val="es-VE"/>
        </w:rPr>
        <w:t>1. Nombre del plato</w:t>
      </w:r>
    </w:p>
    <w:p w14:paraId="16F95920" w14:textId="77777777" w:rsidR="005E4519" w:rsidRPr="007C4DC9" w:rsidRDefault="00EF2F7B">
      <w:pPr>
        <w:spacing w:after="320"/>
        <w:ind w:left="360"/>
        <w:rPr>
          <w:iCs/>
          <w:color w:val="auto"/>
          <w:lang w:val="es-VE"/>
        </w:rPr>
      </w:pPr>
      <w:r w:rsidRPr="007C4DC9">
        <w:rPr>
          <w:iCs/>
          <w:color w:val="auto"/>
          <w:lang w:val="es-VE"/>
        </w:rPr>
        <w:t>[Escribe aquí el nombre creativo u original de tu preparación</w:t>
      </w:r>
      <w:r w:rsidRPr="007C4DC9">
        <w:rPr>
          <w:iCs/>
          <w:color w:val="auto"/>
          <w:lang w:val="es-VE"/>
        </w:rPr>
        <w:t xml:space="preserve"> navideña]</w:t>
      </w:r>
    </w:p>
    <w:p w14:paraId="76DCDB24" w14:textId="77777777" w:rsidR="005E4519" w:rsidRDefault="00EF2F7B">
      <w:pPr>
        <w:keepNext/>
        <w:spacing w:before="240" w:after="80"/>
      </w:pPr>
      <w:r>
        <w:rPr>
          <w:b/>
          <w:color w:val="006633"/>
          <w:sz w:val="24"/>
        </w:rPr>
        <w:t>2. Número de porciones</w:t>
      </w:r>
    </w:p>
    <w:p w14:paraId="11CFEEF7" w14:textId="4609FE42" w:rsidR="005E4519" w:rsidRPr="007C4DC9" w:rsidRDefault="00EF2F7B">
      <w:pPr>
        <w:spacing w:after="320"/>
        <w:ind w:left="360"/>
        <w:rPr>
          <w:lang w:val="es-VE"/>
        </w:rPr>
      </w:pPr>
      <w:r w:rsidRPr="007C4DC9">
        <w:rPr>
          <w:iCs/>
          <w:color w:val="auto"/>
          <w:lang w:val="es-VE"/>
        </w:rPr>
        <w:t>[Especifica el número de porciones</w:t>
      </w:r>
      <w:r w:rsidR="002164CA" w:rsidRPr="007C4DC9">
        <w:rPr>
          <w:iCs/>
          <w:color w:val="auto"/>
          <w:lang w:val="es-VE"/>
        </w:rPr>
        <w:t xml:space="preserve">. Deben ser 4, excepto para platos de gran formato o lotes como hallacas, pernil o pan de jamón. Para más detalles, revisa el Reglamento en </w:t>
      </w:r>
      <w:hyperlink r:id="rId9" w:history="1">
        <w:r w:rsidR="002164CA" w:rsidRPr="007C4DC9">
          <w:rPr>
            <w:rStyle w:val="Hipervnculo"/>
            <w:i/>
            <w:lang w:val="es-VE"/>
          </w:rPr>
          <w:t>https://alimentoslagiralda.com/cocina-con-venezuela/</w:t>
        </w:r>
      </w:hyperlink>
      <w:r w:rsidRPr="007C4DC9">
        <w:rPr>
          <w:i/>
          <w:color w:val="auto"/>
          <w:lang w:val="es-VE"/>
        </w:rPr>
        <w:t>]</w:t>
      </w:r>
    </w:p>
    <w:p w14:paraId="710F2902" w14:textId="3232CFFD" w:rsidR="005E4519" w:rsidRPr="007C4DC9" w:rsidRDefault="00EF2F7B">
      <w:pPr>
        <w:keepNext/>
        <w:spacing w:before="240" w:after="80"/>
        <w:rPr>
          <w:lang w:val="es-VE"/>
        </w:rPr>
      </w:pPr>
      <w:r w:rsidRPr="007C4DC9">
        <w:rPr>
          <w:b/>
          <w:color w:val="006633"/>
          <w:sz w:val="24"/>
          <w:lang w:val="es-VE"/>
        </w:rPr>
        <w:t>3. Productos La Giralda utilizados (mínimo 3)</w:t>
      </w:r>
    </w:p>
    <w:p w14:paraId="6DA5232A" w14:textId="7DD8D2CF" w:rsidR="005E4519" w:rsidRPr="007C4DC9" w:rsidRDefault="00EF2F7B">
      <w:pPr>
        <w:spacing w:after="320"/>
        <w:ind w:left="360"/>
        <w:rPr>
          <w:iCs/>
          <w:color w:val="auto"/>
          <w:lang w:val="es-VE"/>
        </w:rPr>
      </w:pPr>
      <w:r w:rsidRPr="007C4DC9">
        <w:rPr>
          <w:iCs/>
          <w:color w:val="auto"/>
          <w:lang w:val="es-VE"/>
        </w:rPr>
        <w:t xml:space="preserve">[Enumera los productos de la marca incorporados en la receta, por ejemplo: </w:t>
      </w:r>
      <w:r w:rsidR="002164CA" w:rsidRPr="007C4DC9">
        <w:rPr>
          <w:iCs/>
          <w:color w:val="auto"/>
          <w:lang w:val="es-VE"/>
        </w:rPr>
        <w:t>Aceitunas rellenas</w:t>
      </w:r>
      <w:r w:rsidRPr="007C4DC9">
        <w:rPr>
          <w:iCs/>
          <w:color w:val="auto"/>
          <w:lang w:val="es-VE"/>
        </w:rPr>
        <w:t xml:space="preserve"> La Giralda, </w:t>
      </w:r>
      <w:r w:rsidR="002164CA" w:rsidRPr="007C4DC9">
        <w:rPr>
          <w:iCs/>
          <w:color w:val="auto"/>
          <w:lang w:val="es-VE"/>
        </w:rPr>
        <w:t>Mayonesa</w:t>
      </w:r>
      <w:r w:rsidRPr="007C4DC9">
        <w:rPr>
          <w:iCs/>
          <w:color w:val="auto"/>
          <w:lang w:val="es-VE"/>
        </w:rPr>
        <w:t xml:space="preserve"> La Giralda, Alcaparr</w:t>
      </w:r>
      <w:r w:rsidRPr="007C4DC9">
        <w:rPr>
          <w:iCs/>
          <w:color w:val="auto"/>
          <w:lang w:val="es-VE"/>
        </w:rPr>
        <w:t>as La Giralda, etc.]</w:t>
      </w:r>
    </w:p>
    <w:p w14:paraId="734302C2" w14:textId="77777777" w:rsidR="005E4519" w:rsidRPr="007C4DC9" w:rsidRDefault="00EF2F7B">
      <w:pPr>
        <w:keepNext/>
        <w:spacing w:before="240" w:after="80"/>
        <w:rPr>
          <w:lang w:val="es-VE"/>
        </w:rPr>
      </w:pPr>
      <w:r w:rsidRPr="007C4DC9">
        <w:rPr>
          <w:b/>
          <w:color w:val="006633"/>
          <w:sz w:val="24"/>
          <w:lang w:val="es-VE"/>
        </w:rPr>
        <w:t>4. Lista de ingredientes con cantidades</w:t>
      </w:r>
    </w:p>
    <w:p w14:paraId="6CCDBA18" w14:textId="77777777" w:rsidR="005E4519" w:rsidRPr="007C4DC9" w:rsidRDefault="00EF2F7B">
      <w:pPr>
        <w:spacing w:after="320"/>
        <w:ind w:left="360"/>
        <w:rPr>
          <w:iCs/>
          <w:color w:val="auto"/>
          <w:lang w:val="es-VE"/>
        </w:rPr>
      </w:pPr>
      <w:r w:rsidRPr="007C4DC9">
        <w:rPr>
          <w:iCs/>
          <w:color w:val="auto"/>
          <w:lang w:val="es-VE"/>
        </w:rPr>
        <w:t>[Escribe en forma de lista detallada todos los ingredientes requeridos para la elaboración del plato, incluyendo gramajes o medidas métricas exactas]</w:t>
      </w:r>
    </w:p>
    <w:p w14:paraId="2B692108" w14:textId="77777777" w:rsidR="005E4519" w:rsidRPr="007C4DC9" w:rsidRDefault="00EF2F7B">
      <w:pPr>
        <w:keepNext/>
        <w:spacing w:before="240" w:after="80"/>
        <w:rPr>
          <w:lang w:val="es-VE"/>
        </w:rPr>
      </w:pPr>
      <w:r w:rsidRPr="007C4DC9">
        <w:rPr>
          <w:b/>
          <w:color w:val="006633"/>
          <w:sz w:val="24"/>
          <w:lang w:val="es-VE"/>
        </w:rPr>
        <w:t>5. Preparación paso a paso</w:t>
      </w:r>
    </w:p>
    <w:p w14:paraId="7B25028D" w14:textId="495D954E" w:rsidR="005E4519" w:rsidRPr="007C4DC9" w:rsidRDefault="00EF2F7B">
      <w:pPr>
        <w:spacing w:after="320"/>
        <w:ind w:left="360"/>
        <w:rPr>
          <w:iCs/>
          <w:color w:val="auto"/>
          <w:lang w:val="es-VE"/>
        </w:rPr>
      </w:pPr>
      <w:r w:rsidRPr="007C4DC9">
        <w:rPr>
          <w:iCs/>
          <w:color w:val="auto"/>
          <w:lang w:val="es-VE"/>
        </w:rPr>
        <w:t>[Escribe aquí</w:t>
      </w:r>
      <w:r w:rsidRPr="007C4DC9">
        <w:rPr>
          <w:iCs/>
          <w:color w:val="auto"/>
          <w:lang w:val="es-VE"/>
        </w:rPr>
        <w:t xml:space="preserve"> la explicación detallada del procedimiento completo, ordenada secuencialmente, de manera clara</w:t>
      </w:r>
      <w:r w:rsidR="002164CA" w:rsidRPr="007C4DC9">
        <w:rPr>
          <w:iCs/>
          <w:color w:val="auto"/>
          <w:lang w:val="es-VE"/>
        </w:rPr>
        <w:t xml:space="preserve"> </w:t>
      </w:r>
      <w:r w:rsidRPr="007C4DC9">
        <w:rPr>
          <w:iCs/>
          <w:color w:val="auto"/>
          <w:lang w:val="es-VE"/>
        </w:rPr>
        <w:t>y cuidando la ortografía]</w:t>
      </w:r>
    </w:p>
    <w:sectPr w:rsidR="005E4519" w:rsidRPr="007C4DC9" w:rsidSect="007C4DC9">
      <w:footerReference w:type="default" r:id="rId10"/>
      <w:pgSz w:w="12240" w:h="15840"/>
      <w:pgMar w:top="36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3B505" w14:textId="77777777" w:rsidR="00EF2F7B" w:rsidRDefault="00EF2F7B">
      <w:pPr>
        <w:spacing w:after="0" w:line="240" w:lineRule="auto"/>
      </w:pPr>
      <w:r>
        <w:separator/>
      </w:r>
    </w:p>
  </w:endnote>
  <w:endnote w:type="continuationSeparator" w:id="0">
    <w:p w14:paraId="6EB0C573" w14:textId="77777777" w:rsidR="00EF2F7B" w:rsidRDefault="00EF2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C1C76" w14:textId="66B59052" w:rsidR="005E4519" w:rsidRDefault="005E4519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24AD4" w14:textId="77777777" w:rsidR="00EF2F7B" w:rsidRDefault="00EF2F7B">
      <w:pPr>
        <w:spacing w:after="0" w:line="240" w:lineRule="auto"/>
      </w:pPr>
      <w:r>
        <w:separator/>
      </w:r>
    </w:p>
  </w:footnote>
  <w:footnote w:type="continuationSeparator" w:id="0">
    <w:p w14:paraId="3F89CF42" w14:textId="77777777" w:rsidR="00EF2F7B" w:rsidRDefault="00EF2F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9745129">
    <w:abstractNumId w:val="8"/>
  </w:num>
  <w:num w:numId="2" w16cid:durableId="635526262">
    <w:abstractNumId w:val="6"/>
  </w:num>
  <w:num w:numId="3" w16cid:durableId="962155616">
    <w:abstractNumId w:val="5"/>
  </w:num>
  <w:num w:numId="4" w16cid:durableId="1059478898">
    <w:abstractNumId w:val="4"/>
  </w:num>
  <w:num w:numId="5" w16cid:durableId="1079133960">
    <w:abstractNumId w:val="7"/>
  </w:num>
  <w:num w:numId="6" w16cid:durableId="743256944">
    <w:abstractNumId w:val="3"/>
  </w:num>
  <w:num w:numId="7" w16cid:durableId="1857186291">
    <w:abstractNumId w:val="2"/>
  </w:num>
  <w:num w:numId="8" w16cid:durableId="469901200">
    <w:abstractNumId w:val="1"/>
  </w:num>
  <w:num w:numId="9" w16cid:durableId="48070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63CA"/>
    <w:rsid w:val="00143D18"/>
    <w:rsid w:val="0015074B"/>
    <w:rsid w:val="002164CA"/>
    <w:rsid w:val="0029639D"/>
    <w:rsid w:val="00326F90"/>
    <w:rsid w:val="003638D7"/>
    <w:rsid w:val="005E4519"/>
    <w:rsid w:val="007C4DC9"/>
    <w:rsid w:val="007E53A2"/>
    <w:rsid w:val="00AA1D8D"/>
    <w:rsid w:val="00B47730"/>
    <w:rsid w:val="00C17916"/>
    <w:rsid w:val="00CB0664"/>
    <w:rsid w:val="00DF34F6"/>
    <w:rsid w:val="00EB076A"/>
    <w:rsid w:val="00EF2F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6ED946"/>
  <w14:defaultImageDpi w14:val="300"/>
  <w15:docId w15:val="{70D06AE3-445E-42BB-A562-445ED942F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333333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2164C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164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limentoslagiralda.com/cocina-con-venezuel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214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Augusto Ojeda</cp:lastModifiedBy>
  <cp:revision>7</cp:revision>
  <dcterms:created xsi:type="dcterms:W3CDTF">2026-09-24T02:38:00Z</dcterms:created>
  <dcterms:modified xsi:type="dcterms:W3CDTF">2026-09-25T14:54:00Z</dcterms:modified>
  <cp:category/>
</cp:coreProperties>
</file>